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(לקראת מבחן מסכם)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יסוד בחשבון: שברים, עשרוניים, אחוזים וסדר פעולות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בעיות מילוליות וגיאומטריה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למבנה של מבחן מסכם: 20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 רבעים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 ס״מ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לחישוב שטח מלבן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חצי שווה חמישים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הכלל לחיבור שברים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שטח עיגול הוא פאי כפול רדיוס בריבוע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4. 0.33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(חלק ממשהו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(אורך המסגרת של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(כמה מקום תופסת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(מספר שמתחלק בכל המכנים)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 מה שבתוך הסוגריים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בצעו כפל וחילוק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 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 סמ״ר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המונה במכנה ומכפילים ב-100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א׳ ללא פריטי skip_n לתלמידים הזקוקים להתאמות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סדר הפעולות לפני מתן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בציור עזר בשאלות גיאומטריה ובעיות מילוליות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(לקראת מבחן מסכם)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סוגי שאלות שמופיעים במבחן מסכם בחשבון: שברים, עשרוניים, אחוזים, סדר פעולות וגיאומטריה.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זה חצי ועוד רבע?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שלישים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0.75 כאחוזים?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7.5%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התוצאה של 3+4×2?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היקף ריבוע שאורך צלעו 5 ס״מ?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זה 25% מ-80?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מכנה משותף לשברים חצי ושליש?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מלבן מחושב באמצעות כפל אורך ברוחב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פעולות חשבון, חיבור תמיד קודם לכפל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ל-50%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לחבר שברים עם מכנים שונים צריך קודם למצוא מכנה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עיגול מחושב לפי היקף כפול רדיוס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חצי ועוד חצי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50% מתוך 200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7 × 8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שליש כעשרוני מעוגל הוא בערך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היקף מלבן שאורכו 6 ורוחבו 3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במספר 4.25 הספרה שאחרי הנקודה בעשרות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אורך המסגרת של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ממשהו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מקום תופסת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שמתחלק בכל המכנים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מכנה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ממאה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את התוצאה הסופית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מה שבתוך הסוגריים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כפל וחילוק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חיבור וחיסור משמאל לימין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בכיתה יש 30 תלמידים, 40% מהם בנים. כמה בנים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מלבן שאורכו 8 ס״מ ורוחבו 5 ס״מ. מהו שטחו?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דני קנה ספר ב-60 שקלים וקיבל הנחה של 10%. כמה שילם?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כיתה חילקה 3/4 מעוגה בין 6 ילדים בשווה. איזה חלק מהעוגה קיבל כל ילד?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הפעולות הנכון בתרגיל עם חיבור וכפל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הופכים שבר לאחוזים?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(לקראת מבחן מסכם)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