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(לקראת מבחן מסכם)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יסוד בחשבון: שברים, עשרוניים, אחוזים וסדר פעולות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בעיות מילוליות וגיאומטריה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למבנה של מבחן מסכם: 20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 רבעים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לחישוב שטח מלבן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וחילוק קודמים לחיבור וחיסור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(חלק ממשהו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(אורך המסגרת של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(כמה מקום תופסת צורה)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 מה שבתוך הסוגריים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בצעו כפל וחילוק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 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 סמ״ר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המונה במכנה ומכפילים ב-100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א׳ ללא פריטי skip_n לתלמידים הזקוקים להתאמות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סדר הפעולות לפני מתן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בציור עזר בשאלות גיאומטריה ובעיות מילוליות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(לקראת מבחן מסכם)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סוגי שאלות שמופיעים במבחן מסכם בחשבון: שברים, עשרוניים, אחוזים, סדר פעולות וגיאומטריה.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אחד שלם  ·  100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זה חצי ועוד רבע?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 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שלישים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כותבים 0.75 כאחוזים?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7.5%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התוצאה של 3+4×2?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שטח מלבן מחושב באמצעות כפל אורך ברוחב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בסדר פעולות חשבון, חיבור תמיד קודם לכפל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חצי ועוד חצי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50% מתוך 200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כמה מקום תופסת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אורך המסגרת של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חלק ממשהו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ממאה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כפל וחילוק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חיבור וחיסור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רשמו את התוצאה הסופית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פתרו מה שבתוך הסוגריים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בכיתה יש 30 תלמידים, 40% מהם בנים. כמה בנים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מלבן שאורכו 8 ס״מ ורוחבו 5 ס״מ. מהו שטחו?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סדר הפעולות הנכון בתרגיל עם חיבור וכפל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הופכים שבר לאחוזים?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(לקראת מבחן מסכם)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